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P="6F9DAD68" w14:paraId="4B35CC84" wp14:textId="77777777">
      <w:pPr>
        <w:jc w:val="center"/>
        <w:rPr>
          <w:b w:val="1"/>
          <w:bCs w:val="1"/>
          <w:color w:val="auto"/>
          <w:sz w:val="36"/>
          <w:szCs w:val="36"/>
        </w:rPr>
      </w:pPr>
      <w:r w:rsidR="174E07DD">
        <w:drawing>
          <wp:anchor xmlns:wp14="http://schemas.microsoft.com/office/word/2010/wordprocessingDrawing" distT="0" distB="0" distL="114300" distR="114300" simplePos="0" relativeHeight="251658240" behindDoc="0" locked="0" layoutInCell="1" allowOverlap="1" wp14:editId="76EFBC57" wp14:anchorId="147149D5">
            <wp:simplePos x="0" y="0"/>
            <wp:positionH relativeFrom="column">
              <wp:posOffset>-257175</wp:posOffset>
            </wp:positionH>
            <wp:positionV relativeFrom="paragraph">
              <wp:posOffset>381000</wp:posOffset>
            </wp:positionV>
            <wp:extent cx="1028700" cy="933450"/>
            <wp:effectExtent l="0" t="0" r="0" b="0"/>
            <wp:wrapNone/>
            <wp:docPr id="1099902800" name="drawing" title="bats log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99902800" name="Picture 1099902800"/>
                    <pic:cNvPicPr/>
                  </pic:nvPicPr>
                  <pic:blipFill>
                    <a:blip xmlns:r="http://schemas.openxmlformats.org/officeDocument/2006/relationships" r:embed="rId17318198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F3E07DE" w:rsidR="7AF85C8C">
        <w:rPr>
          <w:b w:val="1"/>
          <w:bCs w:val="1"/>
          <w:color w:val="000000" w:themeColor="text1" w:themeTint="FF" w:themeShade="FF"/>
          <w:sz w:val="36"/>
          <w:szCs w:val="36"/>
        </w:rPr>
        <w:t>B</w:t>
      </w:r>
      <w:r w:rsidRPr="5F3E07DE" w:rsidR="7AF85C8C">
        <w:rPr>
          <w:b w:val="1"/>
          <w:bCs w:val="1"/>
          <w:color w:val="000000" w:themeColor="text1" w:themeTint="FF" w:themeShade="FF"/>
          <w:sz w:val="36"/>
          <w:szCs w:val="36"/>
        </w:rPr>
        <w:t xml:space="preserve">EDFORDSHIRE </w:t>
      </w:r>
      <w:r w:rsidRPr="5F3E07DE" w:rsidR="7AF85C8C">
        <w:rPr>
          <w:b w:val="1"/>
          <w:bCs w:val="1"/>
          <w:color w:val="000000" w:themeColor="text1" w:themeTint="FF" w:themeShade="FF"/>
          <w:sz w:val="36"/>
          <w:szCs w:val="36"/>
        </w:rPr>
        <w:t xml:space="preserve">ALLBREEDS </w:t>
      </w:r>
      <w:r w:rsidRPr="5F3E07DE" w:rsidR="7AF85C8C">
        <w:rPr>
          <w:b w:val="1"/>
          <w:bCs w:val="1"/>
          <w:color w:val="000000" w:themeColor="text1" w:themeTint="FF" w:themeShade="FF"/>
          <w:sz w:val="36"/>
          <w:szCs w:val="36"/>
        </w:rPr>
        <w:t xml:space="preserve">TRAINING </w:t>
      </w:r>
      <w:r w:rsidRPr="5F3E07DE" w:rsidR="7AF85C8C">
        <w:rPr>
          <w:b w:val="1"/>
          <w:bCs w:val="1"/>
          <w:color w:val="000000" w:themeColor="text1" w:themeTint="FF" w:themeShade="FF"/>
          <w:sz w:val="36"/>
          <w:szCs w:val="36"/>
        </w:rPr>
        <w:t>SOCIETY</w:t>
      </w:r>
    </w:p>
    <w:p xmlns:wp14="http://schemas.microsoft.com/office/word/2010/wordml" w:rsidP="174E07DD" w14:paraId="68A49C7D" wp14:textId="7F79B0F5">
      <w:pPr>
        <w:pStyle w:val="Normal"/>
        <w:jc w:val="center"/>
      </w:pPr>
      <w:r w:rsidRPr="22DFB8B9" w:rsidR="0A67F7E0">
        <w:rPr>
          <w:b w:val="1"/>
          <w:bCs w:val="1"/>
          <w:color w:val="4F80BD"/>
          <w:sz w:val="28"/>
          <w:szCs w:val="28"/>
        </w:rPr>
        <w:t xml:space="preserve">                  </w:t>
      </w:r>
      <w:r w:rsidRPr="22DFB8B9" w:rsidR="174E07DD">
        <w:rPr>
          <w:b w:val="1"/>
          <w:bCs w:val="1"/>
          <w:color w:val="auto"/>
          <w:sz w:val="28"/>
          <w:szCs w:val="28"/>
        </w:rPr>
        <w:t>Application for a place on a dog agility beginner’s course.</w:t>
      </w:r>
    </w:p>
    <w:p xmlns:wp14="http://schemas.microsoft.com/office/word/2010/wordml" w14:paraId="672A6659" wp14:textId="77777777"/>
    <w:p w:rsidR="22DFB8B9" w:rsidRDefault="22DFB8B9" w14:paraId="7D45FBFD" w14:textId="4B771092"/>
    <w:p xmlns:wp14="http://schemas.microsoft.com/office/word/2010/wordml" w14:paraId="408846C4" wp14:textId="77777777">
      <w:r w:rsidR="174E07DD">
        <w:rPr/>
        <w:t>Please complete all details and return to: agilitybats@gmail.com</w:t>
      </w:r>
    </w:p>
    <w:p xmlns:wp14="http://schemas.microsoft.com/office/word/2010/wordml" w14:paraId="0A37501D" wp14:textId="77777777"/>
    <w:p xmlns:wp14="http://schemas.microsoft.com/office/word/2010/wordml" w:rsidP="22DFB8B9" w14:paraId="1F36BDB6" wp14:textId="3F5C6241">
      <w:pPr>
        <w:pStyle w:val="Normal"/>
      </w:pPr>
      <w:r w:rsidR="22DFB8B9">
        <w:rPr/>
        <w:t>Handler’s Name _________________________________________________</w:t>
      </w:r>
      <w:r w:rsidR="2F8EE6A9">
        <w:rPr/>
        <w:t>_____________________________________</w:t>
      </w:r>
    </w:p>
    <w:p w:rsidR="22DFB8B9" w:rsidP="22DFB8B9" w:rsidRDefault="22DFB8B9" w14:paraId="43971E53" w14:textId="2ED80017">
      <w:pPr>
        <w:pStyle w:val="Normal"/>
      </w:pPr>
    </w:p>
    <w:p xmlns:wp14="http://schemas.microsoft.com/office/word/2010/wordml" w:rsidP="22DFB8B9" w14:paraId="7D07B7C6" wp14:textId="1C53F897">
      <w:pPr>
        <w:pStyle w:val="Normal"/>
      </w:pPr>
      <w:r w:rsidR="22DFB8B9">
        <w:rPr/>
        <w:t>Owner’s Name (If different from above) ___________________________</w:t>
      </w:r>
      <w:r w:rsidR="552A500C">
        <w:rPr/>
        <w:t>________________________________</w:t>
      </w:r>
    </w:p>
    <w:p w:rsidR="22DFB8B9" w:rsidP="22DFB8B9" w:rsidRDefault="22DFB8B9" w14:paraId="14F35014" w14:textId="61E5842E">
      <w:pPr>
        <w:pStyle w:val="Normal"/>
      </w:pPr>
    </w:p>
    <w:p xmlns:wp14="http://schemas.microsoft.com/office/word/2010/wordml" w:rsidP="22DFB8B9" w14:paraId="1C993CE4" wp14:textId="7409BAFB">
      <w:pPr>
        <w:pStyle w:val="Normal"/>
      </w:pPr>
      <w:r w:rsidR="22DFB8B9">
        <w:rPr/>
        <w:t>Dog’s Name _____________________________________________________</w:t>
      </w:r>
      <w:r w:rsidR="449DB95F">
        <w:rPr/>
        <w:t>______________________________________</w:t>
      </w:r>
    </w:p>
    <w:p w:rsidR="22DFB8B9" w:rsidP="22DFB8B9" w:rsidRDefault="22DFB8B9" w14:paraId="4760B349" w14:textId="302A4244">
      <w:pPr>
        <w:pStyle w:val="Normal"/>
      </w:pPr>
    </w:p>
    <w:p xmlns:wp14="http://schemas.microsoft.com/office/word/2010/wordml" w:rsidP="22DFB8B9" w14:paraId="7F65BBEE" wp14:textId="679AC75F">
      <w:pPr>
        <w:pStyle w:val="Normal"/>
      </w:pPr>
      <w:r w:rsidR="22DFB8B9">
        <w:rPr/>
        <w:t>Dog’s Age ______________________________________________________</w:t>
      </w:r>
      <w:r w:rsidR="1FB89E6B">
        <w:rPr/>
        <w:t>_______________________________________</w:t>
      </w:r>
    </w:p>
    <w:p w:rsidR="22DFB8B9" w:rsidP="22DFB8B9" w:rsidRDefault="22DFB8B9" w14:paraId="2075A3BE" w14:textId="51CD82AE">
      <w:pPr>
        <w:pStyle w:val="Normal"/>
      </w:pPr>
    </w:p>
    <w:p xmlns:wp14="http://schemas.microsoft.com/office/word/2010/wordml" w:rsidP="22DFB8B9" w14:paraId="04986FAA" wp14:textId="5F0A9051">
      <w:pPr>
        <w:pStyle w:val="Normal"/>
      </w:pPr>
      <w:r w:rsidR="22DFB8B9">
        <w:rPr/>
        <w:t>Dog’s Breed ____________________________________________________</w:t>
      </w:r>
      <w:r w:rsidR="7EE4CDC7">
        <w:rPr/>
        <w:t>______________________________________</w:t>
      </w:r>
    </w:p>
    <w:p w:rsidR="22DFB8B9" w:rsidP="22DFB8B9" w:rsidRDefault="22DFB8B9" w14:paraId="15AA10C4" w14:textId="54CCDAE7">
      <w:pPr>
        <w:pStyle w:val="Normal"/>
      </w:pPr>
    </w:p>
    <w:p xmlns:wp14="http://schemas.microsoft.com/office/word/2010/wordml" w:rsidP="22DFB8B9" w14:paraId="54247D4B" wp14:textId="772405BF">
      <w:pPr>
        <w:pStyle w:val="Normal"/>
        <w:rPr>
          <w:rFonts w:ascii="Cambria" w:hAnsi="Cambria" w:eastAsia="ＭＳ 明朝"/>
          <w:sz w:val="22"/>
          <w:szCs w:val="22"/>
        </w:rPr>
      </w:pPr>
      <w:r w:rsidR="22DFB8B9">
        <w:rPr/>
        <w:t>Vaccination Due Date ____________________________________________</w:t>
      </w:r>
      <w:r w:rsidR="4746D482">
        <w:rPr/>
        <w:t>____________________________________</w:t>
      </w:r>
    </w:p>
    <w:p xmlns:wp14="http://schemas.microsoft.com/office/word/2010/wordml" w14:paraId="5DAB6C7B" wp14:textId="77777777"/>
    <w:p xmlns:wp14="http://schemas.microsoft.com/office/word/2010/wordml" w14:paraId="7BE1DB73" wp14:textId="77777777">
      <w:r>
        <w:t>Full Address &amp; Post Code</w:t>
      </w:r>
    </w:p>
    <w:p xmlns:wp14="http://schemas.microsoft.com/office/word/2010/wordml" w:rsidP="22DFB8B9" w14:paraId="5A03F8FB" wp14:textId="51BF68D5">
      <w:pPr>
        <w:pStyle w:val="Normal"/>
        <w:rPr>
          <w:rFonts w:ascii="Cambria" w:hAnsi="Cambria" w:eastAsia="ＭＳ 明朝"/>
          <w:sz w:val="22"/>
          <w:szCs w:val="22"/>
        </w:rPr>
      </w:pPr>
      <w:r w:rsidR="22DFB8B9">
        <w:rPr/>
        <w:t>_______________________________________________________________</w:t>
      </w:r>
      <w:r w:rsidR="030D1731">
        <w:rPr/>
        <w:t>__________________________________________</w:t>
      </w:r>
    </w:p>
    <w:p xmlns:wp14="http://schemas.microsoft.com/office/word/2010/wordml" w:rsidP="22DFB8B9" w14:paraId="6AD647BA" wp14:textId="7CCBE2E0">
      <w:pPr>
        <w:pStyle w:val="Normal"/>
        <w:rPr>
          <w:rFonts w:ascii="Cambria" w:hAnsi="Cambria" w:eastAsia="ＭＳ 明朝"/>
          <w:sz w:val="22"/>
          <w:szCs w:val="22"/>
        </w:rPr>
      </w:pPr>
      <w:r w:rsidR="22DFB8B9">
        <w:rPr/>
        <w:t>_______________________________________________________________</w:t>
      </w:r>
      <w:r w:rsidR="07DE0102">
        <w:rPr/>
        <w:t>__________________________________________</w:t>
      </w:r>
    </w:p>
    <w:p xmlns:wp14="http://schemas.microsoft.com/office/word/2010/wordml" w14:paraId="02EB378F" wp14:textId="77777777"/>
    <w:p xmlns:wp14="http://schemas.microsoft.com/office/word/2010/wordml" w:rsidP="22DFB8B9" w14:paraId="366DE43B" wp14:textId="2F2414AD">
      <w:pPr>
        <w:pStyle w:val="Normal"/>
        <w:rPr>
          <w:rFonts w:ascii="Cambria" w:hAnsi="Cambria" w:eastAsia="ＭＳ 明朝"/>
          <w:sz w:val="22"/>
          <w:szCs w:val="22"/>
        </w:rPr>
      </w:pPr>
      <w:r w:rsidR="22DFB8B9">
        <w:rPr/>
        <w:t>Mobile/Phone number ____________________________________________</w:t>
      </w:r>
      <w:r w:rsidR="68B4BB6D">
        <w:rPr/>
        <w:t>__________________________________</w:t>
      </w:r>
    </w:p>
    <w:p xmlns:wp14="http://schemas.microsoft.com/office/word/2010/wordml" w14:paraId="6A05A809" wp14:textId="77777777"/>
    <w:p xmlns:wp14="http://schemas.microsoft.com/office/word/2010/wordml" w:rsidP="22DFB8B9" w14:paraId="4F6DFECE" wp14:textId="417CBEBC">
      <w:pPr>
        <w:pStyle w:val="Normal"/>
        <w:rPr>
          <w:rFonts w:ascii="Cambria" w:hAnsi="Cambria" w:eastAsia="ＭＳ 明朝"/>
          <w:sz w:val="22"/>
          <w:szCs w:val="22"/>
        </w:rPr>
      </w:pPr>
      <w:r w:rsidR="22DFB8B9">
        <w:rPr/>
        <w:t>Email Address _________________________________________________</w:t>
      </w:r>
      <w:r w:rsidR="4A72A71A">
        <w:rPr/>
        <w:t>_______________________________________</w:t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E91142"/>
    <w:rsid w:val="030D1731"/>
    <w:rsid w:val="05D9D4C2"/>
    <w:rsid w:val="05D9D4C2"/>
    <w:rsid w:val="07DE0102"/>
    <w:rsid w:val="0A67F7E0"/>
    <w:rsid w:val="174E07DD"/>
    <w:rsid w:val="1FB89E6B"/>
    <w:rsid w:val="22DFB8B9"/>
    <w:rsid w:val="2F8EE6A9"/>
    <w:rsid w:val="31E57F5C"/>
    <w:rsid w:val="449DB95F"/>
    <w:rsid w:val="4746D482"/>
    <w:rsid w:val="4A72A71A"/>
    <w:rsid w:val="54A0A879"/>
    <w:rsid w:val="552A500C"/>
    <w:rsid w:val="5F3E07DE"/>
    <w:rsid w:val="68B4BB6D"/>
    <w:rsid w:val="6F9DAD68"/>
    <w:rsid w:val="7AF85C8C"/>
    <w:rsid w:val="7EE4C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9B99C991-B19A-40E0-8E21-375B6AAA397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image" Target="/media/image.png" Id="rId17318198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M365 Copilot</dc:creator>
  <keywords/>
  <dc:description>generated by python-docx</dc:description>
  <lastModifiedBy>Melanie Hobbs</lastModifiedBy>
  <revision>5</revision>
  <dcterms:created xsi:type="dcterms:W3CDTF">2026-08-16T16:45:51.9318559Z</dcterms:created>
  <dcterms:modified xsi:type="dcterms:W3CDTF">2026-08-16T17:06:47.4943549Z</dcterms:modified>
  <category/>
</coreProperties>
</file>